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5EB0"/>
          <w:sz w:val="48"/>
        </w:rPr>
        <w:t>FACTURA</w:t>
      </w:r>
    </w:p>
    <w:p>
      <w:r>
        <w:rPr>
          <w:i/>
          <w:sz w:val="18"/>
        </w:rPr>
        <w:t>Plantilla gratuita de Trimestral Claro. Sustituye los textos entre corchetes por tus datos.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8F1FA"/>
          </w:tcPr>
          <w:p>
            <w:r>
              <w:rPr>
                <w:b/>
              </w:rPr>
              <w:t>Número (con serie)</w:t>
            </w:r>
          </w:p>
        </w:tc>
        <w:tc>
          <w:tcPr>
            <w:tcW w:type="dxa" w:w="2493"/>
          </w:tcPr>
          <w:p>
            <w:r>
              <w:t>[2026-001]</w:t>
            </w:r>
          </w:p>
        </w:tc>
        <w:tc>
          <w:tcPr>
            <w:tcW w:type="dxa" w:w="2493"/>
            <w:shd w:val="clear" w:color="auto" w:fill="E8F1FA"/>
          </w:tcPr>
          <w:p>
            <w:r>
              <w:rPr>
                <w:b/>
              </w:rPr>
              <w:t>Fecha de expedición</w:t>
            </w:r>
          </w:p>
        </w:tc>
        <w:tc>
          <w:tcPr>
            <w:tcW w:type="dxa" w:w="2493"/>
          </w:tcPr>
          <w:p>
            <w:r>
              <w:t>[dd/mm/aaaa]</w:t>
            </w:r>
          </w:p>
        </w:tc>
      </w:tr>
      <w:tr>
        <w:tc>
          <w:tcPr>
            <w:tcW w:type="dxa" w:w="2493"/>
            <w:shd w:val="clear" w:color="auto" w:fill="E8F1FA"/>
          </w:tcPr>
          <w:p>
            <w:r>
              <w:rPr>
                <w:b/>
              </w:rPr>
              <w:t>Fecha de la operación (si es distinta)</w:t>
            </w:r>
          </w:p>
        </w:tc>
        <w:tc>
          <w:tcPr>
            <w:tcW w:type="dxa" w:w="2493"/>
          </w:tcPr>
          <w:p>
            <w:r>
              <w:t>[dd/mm/aaaa]</w:t>
            </w:r>
          </w:p>
        </w:tc>
        <w:tc>
          <w:tcPr>
            <w:tcW w:type="dxa" w:w="2493"/>
            <w:shd w:val="clear" w:color="auto" w:fill="E8F1FA"/>
          </w:tcPr>
          <w:p>
            <w:r>
              <w:rPr>
                <w:b/>
              </w:rPr>
              <w:t>Forma de pago</w:t>
            </w:r>
          </w:p>
        </w:tc>
        <w:tc>
          <w:tcPr>
            <w:tcW w:type="dxa" w:w="2493"/>
          </w:tcPr>
          <w:p>
            <w:r>
              <w:t>[Transferencia, tarjeta...]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8F1FA"/>
          </w:tcPr>
          <w:p>
            <w:r>
              <w:rPr>
                <w:b/>
              </w:rPr>
              <w:t>EMISOR</w:t>
            </w:r>
          </w:p>
        </w:tc>
        <w:tc>
          <w:tcPr>
            <w:tcW w:type="dxa" w:w="4986"/>
            <w:shd w:val="clear" w:color="auto" w:fill="E8F1FA"/>
          </w:tcPr>
          <w:p>
            <w:r>
              <w:rPr>
                <w:b/>
              </w:rPr>
              <w:t>CLIENTE</w:t>
            </w:r>
          </w:p>
        </w:tc>
      </w:tr>
      <w:tr>
        <w:tc>
          <w:tcPr>
            <w:tcW w:type="dxa" w:w="4986"/>
          </w:tcPr>
          <w:p>
            <w:r>
              <w:t>Nombre y apellidos: [ ]</w:t>
            </w:r>
          </w:p>
        </w:tc>
        <w:tc>
          <w:tcPr>
            <w:tcW w:type="dxa" w:w="4986"/>
          </w:tcPr>
          <w:p>
            <w:r>
              <w:t>Nombre o razón social: [ ]</w:t>
            </w:r>
          </w:p>
        </w:tc>
      </w:tr>
      <w:tr>
        <w:tc>
          <w:tcPr>
            <w:tcW w:type="dxa" w:w="4986"/>
          </w:tcPr>
          <w:p>
            <w:r>
              <w:t>NIF: [ ]</w:t>
            </w:r>
          </w:p>
        </w:tc>
        <w:tc>
          <w:tcPr>
            <w:tcW w:type="dxa" w:w="4986"/>
          </w:tcPr>
          <w:p>
            <w:r>
              <w:t>NIF: [ ]</w:t>
            </w:r>
          </w:p>
        </w:tc>
      </w:tr>
      <w:tr>
        <w:tc>
          <w:tcPr>
            <w:tcW w:type="dxa" w:w="4986"/>
          </w:tcPr>
          <w:p>
            <w:r>
              <w:t>Domicilio: [ ]</w:t>
            </w:r>
          </w:p>
        </w:tc>
        <w:tc>
          <w:tcPr>
            <w:tcW w:type="dxa" w:w="4986"/>
          </w:tcPr>
          <w:p>
            <w:r>
              <w:t>Domicilio: [ ]</w:t>
            </w:r>
          </w:p>
        </w:tc>
      </w:tr>
      <w:tr>
        <w:tc>
          <w:tcPr>
            <w:tcW w:type="dxa" w:w="4986"/>
          </w:tcPr>
          <w:p>
            <w:r>
              <w:t>Email / teléfono: [ ]</w:t>
            </w:r>
          </w:p>
        </w:tc>
        <w:tc>
          <w:tcPr>
            <w:tcW w:type="dxa" w:w="4986"/>
          </w:tcPr>
          <w:p>
            <w:r>
              <w:t>Email: [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4252"/>
            <w:shd w:val="clear" w:color="auto" w:fill="E8F1FA"/>
          </w:tcPr>
          <w:p>
            <w:r>
              <w:rPr>
                <w:b/>
              </w:rPr>
              <w:t>Descripción</w:t>
            </w:r>
          </w:p>
        </w:tc>
        <w:tc>
          <w:tcPr>
            <w:tcW w:type="dxa" w:w="1994"/>
            <w:shd w:val="clear" w:color="auto" w:fill="E8F1FA"/>
          </w:tcPr>
          <w:p>
            <w:r>
              <w:rPr>
                <w:b/>
              </w:rPr>
              <w:t>Cantidad</w:t>
            </w:r>
          </w:p>
        </w:tc>
        <w:tc>
          <w:tcPr>
            <w:tcW w:type="dxa" w:w="1994"/>
            <w:shd w:val="clear" w:color="auto" w:fill="E8F1FA"/>
          </w:tcPr>
          <w:p>
            <w:r>
              <w:rPr>
                <w:b/>
              </w:rPr>
              <w:t>Precio unitario (sin IVA)</w:t>
            </w:r>
          </w:p>
        </w:tc>
        <w:tc>
          <w:tcPr>
            <w:tcW w:type="dxa" w:w="1994"/>
            <w:shd w:val="clear" w:color="auto" w:fill="E8F1FA"/>
          </w:tcPr>
          <w:p>
            <w:r>
              <w:rPr>
                <w:b/>
              </w:rPr>
              <w:t>Descuento</w:t>
            </w:r>
          </w:p>
        </w:tc>
        <w:tc>
          <w:tcPr>
            <w:tcW w:type="dxa" w:w="1994"/>
            <w:shd w:val="clear" w:color="auto" w:fill="E8F1FA"/>
          </w:tcPr>
          <w:p>
            <w:r>
              <w:rPr>
                <w:b/>
              </w:rPr>
              <w:t>Base</w:t>
            </w:r>
          </w:p>
        </w:tc>
      </w:tr>
      <w:tr>
        <w:tc>
          <w:tcPr>
            <w:tcW w:type="dxa" w:w="4252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4252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Base imponible</w:t>
            </w:r>
          </w:p>
        </w:tc>
        <w:tc>
          <w:tcPr>
            <w:tcW w:type="dxa" w:w="4986"/>
          </w:tcPr>
          <w:p>
            <w:r>
              <w:t>[ ] €</w:t>
            </w:r>
          </w:p>
        </w:tc>
      </w:tr>
      <w:tr>
        <w:tc>
          <w:tcPr>
            <w:tcW w:type="dxa" w:w="4986"/>
          </w:tcPr>
          <w:p>
            <w:r>
              <w:t>Tipo de IVA / IGIC</w:t>
            </w:r>
          </w:p>
        </w:tc>
        <w:tc>
          <w:tcPr>
            <w:tcW w:type="dxa" w:w="4986"/>
          </w:tcPr>
          <w:p>
            <w:r>
              <w:t>[21 %]</w:t>
            </w:r>
          </w:p>
        </w:tc>
      </w:tr>
      <w:tr>
        <w:tc>
          <w:tcPr>
            <w:tcW w:type="dxa" w:w="4986"/>
          </w:tcPr>
          <w:p>
            <w:r>
              <w:t>Cuota de IVA / IGIC</w:t>
            </w:r>
          </w:p>
        </w:tc>
        <w:tc>
          <w:tcPr>
            <w:tcW w:type="dxa" w:w="4986"/>
          </w:tcPr>
          <w:p>
            <w:r>
              <w:t>[ ] €</w:t>
            </w:r>
          </w:p>
        </w:tc>
      </w:tr>
      <w:tr>
        <w:tc>
          <w:tcPr>
            <w:tcW w:type="dxa" w:w="4986"/>
          </w:tcPr>
          <w:p>
            <w:r>
              <w:t>Retención de IRPF</w:t>
            </w:r>
          </w:p>
        </w:tc>
        <w:tc>
          <w:tcPr>
            <w:tcW w:type="dxa" w:w="4986"/>
          </w:tcPr>
          <w:p>
            <w:r>
              <w:t>[15 %]</w:t>
            </w:r>
          </w:p>
        </w:tc>
      </w:tr>
      <w:tr>
        <w:tc>
          <w:tcPr>
            <w:tcW w:type="dxa" w:w="4986"/>
          </w:tcPr>
          <w:p>
            <w:r>
              <w:t>Importe retenido</w:t>
            </w:r>
          </w:p>
        </w:tc>
        <w:tc>
          <w:tcPr>
            <w:tcW w:type="dxa" w:w="4986"/>
          </w:tcPr>
          <w:p>
            <w:r>
              <w:t>- [ ] €</w:t>
            </w:r>
          </w:p>
        </w:tc>
      </w:tr>
      <w:tr>
        <w:tc>
          <w:tcPr>
            <w:tcW w:type="dxa" w:w="4986"/>
            <w:shd w:val="clear" w:color="auto" w:fill="E8F1FA"/>
          </w:tcPr>
          <w:p>
            <w:r>
              <w:rPr>
                <w:b/>
              </w:rPr>
              <w:t>TOTAL A PAGAR</w:t>
            </w:r>
          </w:p>
        </w:tc>
        <w:tc>
          <w:tcPr>
            <w:tcW w:type="dxa" w:w="4986"/>
            <w:shd w:val="clear" w:color="auto" w:fill="E8F1FA"/>
          </w:tcPr>
          <w:p>
            <w:r>
              <w:rPr>
                <w:b/>
              </w:rPr>
              <w:t>[ ] €</w:t>
            </w:r>
          </w:p>
        </w:tc>
      </w:tr>
    </w:tbl>
    <w:p/>
    <w:p>
      <w:r>
        <w:rPr>
          <w:b/>
        </w:rPr>
        <w:t xml:space="preserve">Datos bancarios (IBAN): </w:t>
      </w:r>
      <w:r>
        <w:t>[ES00 0000 0000 0000 0000 0000]</w:t>
      </w:r>
    </w:p>
    <w:p>
      <w:r>
        <w:rPr>
          <w:b/>
        </w:rPr>
        <w:t xml:space="preserve">Menciones legales (si proceden): </w:t>
      </w:r>
      <w:r>
        <w:t>[Operación exenta con el precepto aplicable / Inversión del sujeto pasivo / Exención franquicia fiscal]</w:t>
      </w:r>
    </w:p>
    <w:p>
      <w:r>
        <w:rPr>
          <w:i/>
          <w:sz w:val="17"/>
        </w:rPr>
        <w:t>Conserva una copia y numera las facturas de forma correlativa. Si tu programa de facturación cumple Verifactu, la factura incluirá un código QR.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